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40"/>
        <w:gridCol w:w="7200"/>
      </w:tblGrid>
      <w:tr w:rsidR="00C32BB5" w14:paraId="55BC12DF" w14:textId="77777777" w:rsidTr="0088626B">
        <w:trPr>
          <w:jc w:val="center"/>
        </w:trPr>
        <w:tc>
          <w:tcPr>
            <w:tcW w:w="324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048501" w14:textId="77777777" w:rsidR="00C32BB5" w:rsidRDefault="00290317">
            <w:pPr>
              <w:spacing w:after="0"/>
            </w:pPr>
            <w:r>
              <w:rPr>
                <w:color w:val="000000"/>
                <w:sz w:val="17"/>
              </w:rPr>
              <w:t xml:space="preserve">Requestor Name: </w:t>
            </w:r>
          </w:p>
        </w:tc>
        <w:tc>
          <w:tcPr>
            <w:tcW w:w="72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EEF0F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6F4BCE" w14:textId="77777777" w:rsidR="00C32BB5" w:rsidRDefault="00000000">
            <w:pPr>
              <w:spacing w:after="0"/>
            </w:pPr>
            <w:sdt>
              <w:sdtPr>
                <w:alias w:val="Form Field"/>
                <w:tag w:val="form_field"/>
                <w:id w:val="-1751414736"/>
                <w:text w:multiLine="1"/>
              </w:sdtPr>
              <w:sdtContent>
                <w:r w:rsidR="00290317">
                  <w:rPr>
                    <w:color w:val="666666"/>
                  </w:rPr>
                  <w:t>Click or tap here to enter text.</w:t>
                </w:r>
              </w:sdtContent>
            </w:sdt>
          </w:p>
        </w:tc>
      </w:tr>
      <w:tr w:rsidR="00C32BB5" w14:paraId="25B1C75E" w14:textId="77777777" w:rsidTr="0088626B">
        <w:trPr>
          <w:jc w:val="center"/>
        </w:trPr>
        <w:tc>
          <w:tcPr>
            <w:tcW w:w="324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2CEABA" w14:textId="77777777" w:rsidR="00C32BB5" w:rsidRDefault="00290317">
            <w:pPr>
              <w:spacing w:after="0"/>
            </w:pPr>
            <w:r>
              <w:rPr>
                <w:color w:val="000000"/>
                <w:sz w:val="17"/>
              </w:rPr>
              <w:t>Net ID:</w:t>
            </w:r>
          </w:p>
        </w:tc>
        <w:tc>
          <w:tcPr>
            <w:tcW w:w="72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EEF0F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35A2C1" w14:textId="77777777" w:rsidR="00C32BB5" w:rsidRDefault="00000000">
            <w:pPr>
              <w:spacing w:after="0"/>
            </w:pPr>
            <w:sdt>
              <w:sdtPr>
                <w:alias w:val="Form Field"/>
                <w:tag w:val="form_field"/>
                <w:id w:val="-171344834"/>
                <w:text w:multiLine="1"/>
              </w:sdtPr>
              <w:sdtContent>
                <w:r w:rsidR="00290317">
                  <w:rPr>
                    <w:color w:val="666666"/>
                  </w:rPr>
                  <w:t>Click or tap here to enter text.</w:t>
                </w:r>
              </w:sdtContent>
            </w:sdt>
          </w:p>
        </w:tc>
      </w:tr>
      <w:tr w:rsidR="00C32BB5" w14:paraId="52CB2FE9" w14:textId="77777777" w:rsidTr="0088626B">
        <w:trPr>
          <w:jc w:val="center"/>
        </w:trPr>
        <w:tc>
          <w:tcPr>
            <w:tcW w:w="324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3A215D" w14:textId="77777777" w:rsidR="00C32BB5" w:rsidRDefault="00290317">
            <w:pPr>
              <w:spacing w:after="0"/>
            </w:pPr>
            <w:r>
              <w:rPr>
                <w:color w:val="000000"/>
                <w:sz w:val="17"/>
              </w:rPr>
              <w:t>Phone Number:</w:t>
            </w:r>
          </w:p>
        </w:tc>
        <w:tc>
          <w:tcPr>
            <w:tcW w:w="72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EEF0F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1EB9D0" w14:textId="77777777" w:rsidR="00C32BB5" w:rsidRDefault="00000000">
            <w:pPr>
              <w:spacing w:after="0"/>
            </w:pPr>
            <w:sdt>
              <w:sdtPr>
                <w:alias w:val="Form Field"/>
                <w:tag w:val="form_field"/>
                <w:id w:val="-1427024916"/>
                <w:text w:multiLine="1"/>
              </w:sdtPr>
              <w:sdtContent>
                <w:r w:rsidR="00290317">
                  <w:rPr>
                    <w:color w:val="666666"/>
                  </w:rPr>
                  <w:t>Click or tap here to enter text.</w:t>
                </w:r>
              </w:sdtContent>
            </w:sdt>
          </w:p>
        </w:tc>
      </w:tr>
      <w:tr w:rsidR="00C32BB5" w14:paraId="62EEFB39" w14:textId="77777777" w:rsidTr="0088626B">
        <w:trPr>
          <w:jc w:val="center"/>
        </w:trPr>
        <w:tc>
          <w:tcPr>
            <w:tcW w:w="324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F9E532" w14:textId="77777777" w:rsidR="00C32BB5" w:rsidRDefault="00290317">
            <w:pPr>
              <w:spacing w:after="0"/>
            </w:pPr>
            <w:r>
              <w:rPr>
                <w:color w:val="000000"/>
                <w:sz w:val="17"/>
              </w:rPr>
              <w:t>Email Address:</w:t>
            </w:r>
          </w:p>
        </w:tc>
        <w:tc>
          <w:tcPr>
            <w:tcW w:w="72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EEF0F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DA8A0E" w14:textId="77777777" w:rsidR="00C32BB5" w:rsidRDefault="00000000">
            <w:pPr>
              <w:spacing w:after="0"/>
            </w:pPr>
            <w:sdt>
              <w:sdtPr>
                <w:alias w:val="Form Field"/>
                <w:tag w:val="form_field"/>
                <w:id w:val="-533270776"/>
                <w:text w:multiLine="1"/>
              </w:sdtPr>
              <w:sdtContent>
                <w:r w:rsidR="00290317">
                  <w:rPr>
                    <w:color w:val="666666"/>
                  </w:rPr>
                  <w:t>Click or tap here to enter text.</w:t>
                </w:r>
              </w:sdtContent>
            </w:sdt>
          </w:p>
        </w:tc>
      </w:tr>
      <w:tr w:rsidR="00C32BB5" w14:paraId="7D4956AD" w14:textId="77777777" w:rsidTr="0088626B">
        <w:trPr>
          <w:jc w:val="center"/>
        </w:trPr>
        <w:tc>
          <w:tcPr>
            <w:tcW w:w="324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28A622" w14:textId="643B7D15" w:rsidR="00C32BB5" w:rsidRDefault="00290317">
            <w:pPr>
              <w:spacing w:after="0"/>
            </w:pPr>
            <w:r>
              <w:rPr>
                <w:color w:val="000000"/>
                <w:sz w:val="17"/>
              </w:rPr>
              <w:t>Department</w:t>
            </w:r>
            <w:r w:rsidR="00D32578">
              <w:rPr>
                <w:color w:val="000000"/>
                <w:sz w:val="17"/>
              </w:rPr>
              <w:t>/O</w:t>
            </w:r>
            <w:r w:rsidR="00724C1F">
              <w:rPr>
                <w:color w:val="000000"/>
                <w:sz w:val="17"/>
              </w:rPr>
              <w:t>RG</w:t>
            </w:r>
            <w:r>
              <w:rPr>
                <w:color w:val="000000"/>
                <w:sz w:val="17"/>
              </w:rPr>
              <w:t xml:space="preserve"> Name: </w:t>
            </w:r>
          </w:p>
        </w:tc>
        <w:tc>
          <w:tcPr>
            <w:tcW w:w="72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EEF0F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7A1376" w14:textId="77777777" w:rsidR="00C32BB5" w:rsidRDefault="00000000">
            <w:pPr>
              <w:spacing w:after="0"/>
            </w:pPr>
            <w:sdt>
              <w:sdtPr>
                <w:alias w:val="Form Field"/>
                <w:tag w:val="form_field"/>
                <w:id w:val="1948959829"/>
                <w:text w:multiLine="1"/>
              </w:sdtPr>
              <w:sdtContent>
                <w:r w:rsidR="00290317">
                  <w:rPr>
                    <w:color w:val="666666"/>
                  </w:rPr>
                  <w:t>Click or tap here to enter text.</w:t>
                </w:r>
              </w:sdtContent>
            </w:sdt>
          </w:p>
        </w:tc>
      </w:tr>
      <w:tr w:rsidR="00C32BB5" w14:paraId="1914007F" w14:textId="77777777" w:rsidTr="0088626B">
        <w:trPr>
          <w:trHeight w:val="296"/>
          <w:jc w:val="center"/>
        </w:trPr>
        <w:tc>
          <w:tcPr>
            <w:tcW w:w="10440" w:type="dxa"/>
            <w:gridSpan w:val="2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2F559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8162C4" w14:textId="77777777" w:rsidR="00C32BB5" w:rsidRDefault="00290317">
            <w:pPr>
              <w:spacing w:after="0"/>
            </w:pPr>
            <w:r>
              <w:rPr>
                <w:b/>
                <w:color w:val="FFFFFF"/>
              </w:rPr>
              <w:t>Project Location Information</w:t>
            </w:r>
          </w:p>
          <w:p w14:paraId="36B6ACE8" w14:textId="17F526FC" w:rsidR="00C32BB5" w:rsidRDefault="00C32BB5">
            <w:pPr>
              <w:spacing w:after="0"/>
            </w:pPr>
          </w:p>
        </w:tc>
      </w:tr>
      <w:tr w:rsidR="00C32BB5" w14:paraId="1B93D0DD" w14:textId="77777777" w:rsidTr="0088626B">
        <w:trPr>
          <w:jc w:val="center"/>
        </w:trPr>
        <w:tc>
          <w:tcPr>
            <w:tcW w:w="324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63D52A" w14:textId="77777777" w:rsidR="00C32BB5" w:rsidRDefault="00290317">
            <w:pPr>
              <w:spacing w:after="0"/>
            </w:pPr>
            <w:r>
              <w:rPr>
                <w:color w:val="000000"/>
                <w:sz w:val="17"/>
              </w:rPr>
              <w:t>Building Name: or number</w:t>
            </w:r>
          </w:p>
        </w:tc>
        <w:tc>
          <w:tcPr>
            <w:tcW w:w="72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EEF0F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F57B9C" w14:textId="77777777" w:rsidR="00C32BB5" w:rsidRDefault="00000000">
            <w:pPr>
              <w:spacing w:after="0"/>
            </w:pPr>
            <w:sdt>
              <w:sdtPr>
                <w:alias w:val="Form Field"/>
                <w:tag w:val="form_field"/>
                <w:id w:val="1408893461"/>
                <w:text w:multiLine="1"/>
              </w:sdtPr>
              <w:sdtContent>
                <w:r w:rsidR="00290317">
                  <w:rPr>
                    <w:color w:val="666666"/>
                  </w:rPr>
                  <w:t>Click or tap here to enter text.</w:t>
                </w:r>
              </w:sdtContent>
            </w:sdt>
          </w:p>
        </w:tc>
      </w:tr>
      <w:tr w:rsidR="00C32BB5" w14:paraId="4C651073" w14:textId="77777777" w:rsidTr="0088626B">
        <w:trPr>
          <w:jc w:val="center"/>
        </w:trPr>
        <w:tc>
          <w:tcPr>
            <w:tcW w:w="324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C062D0" w14:textId="77777777" w:rsidR="00C32BB5" w:rsidRDefault="00290317">
            <w:pPr>
              <w:spacing w:after="0"/>
            </w:pPr>
            <w:r>
              <w:rPr>
                <w:color w:val="000000"/>
                <w:sz w:val="17"/>
              </w:rPr>
              <w:t>Room Number(s):</w:t>
            </w:r>
          </w:p>
        </w:tc>
        <w:tc>
          <w:tcPr>
            <w:tcW w:w="72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EEF0F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9B85B4" w14:textId="77777777" w:rsidR="00C32BB5" w:rsidRDefault="00000000">
            <w:pPr>
              <w:spacing w:after="0"/>
            </w:pPr>
            <w:sdt>
              <w:sdtPr>
                <w:alias w:val="Form Field"/>
                <w:tag w:val="form_field"/>
                <w:id w:val="617570552"/>
                <w:text w:multiLine="1"/>
              </w:sdtPr>
              <w:sdtContent>
                <w:r w:rsidR="00290317">
                  <w:rPr>
                    <w:color w:val="666666"/>
                  </w:rPr>
                  <w:t>Click or tap here to enter text.</w:t>
                </w:r>
              </w:sdtContent>
            </w:sdt>
          </w:p>
        </w:tc>
      </w:tr>
      <w:tr w:rsidR="00C32BB5" w14:paraId="1263533A" w14:textId="77777777" w:rsidTr="0088626B">
        <w:trPr>
          <w:jc w:val="center"/>
        </w:trPr>
        <w:tc>
          <w:tcPr>
            <w:tcW w:w="324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34DF3F" w14:textId="77777777" w:rsidR="00C32BB5" w:rsidRDefault="00290317">
            <w:pPr>
              <w:spacing w:after="0"/>
            </w:pPr>
            <w:r>
              <w:rPr>
                <w:color w:val="000000"/>
                <w:sz w:val="17"/>
              </w:rPr>
              <w:t>Approximate Square Footage Affected:</w:t>
            </w:r>
          </w:p>
        </w:tc>
        <w:tc>
          <w:tcPr>
            <w:tcW w:w="72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EEF0F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655B0F" w14:textId="77777777" w:rsidR="00C32BB5" w:rsidRDefault="00000000">
            <w:pPr>
              <w:spacing w:after="0"/>
            </w:pPr>
            <w:sdt>
              <w:sdtPr>
                <w:alias w:val="Form Field"/>
                <w:tag w:val="form_field"/>
                <w:id w:val="1938636312"/>
                <w:text w:multiLine="1"/>
              </w:sdtPr>
              <w:sdtContent>
                <w:r w:rsidR="00290317">
                  <w:rPr>
                    <w:color w:val="666666"/>
                  </w:rPr>
                  <w:t>Click or tap here to enter text.</w:t>
                </w:r>
              </w:sdtContent>
            </w:sdt>
          </w:p>
        </w:tc>
      </w:tr>
      <w:tr w:rsidR="00C32BB5" w14:paraId="3864593B" w14:textId="77777777" w:rsidTr="0088626B">
        <w:trPr>
          <w:jc w:val="center"/>
        </w:trPr>
        <w:tc>
          <w:tcPr>
            <w:tcW w:w="324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7C8674" w14:textId="77777777" w:rsidR="00C32BB5" w:rsidRDefault="00290317">
            <w:pPr>
              <w:spacing w:after="0"/>
            </w:pPr>
            <w:r>
              <w:rPr>
                <w:color w:val="000000"/>
                <w:sz w:val="17"/>
              </w:rPr>
              <w:t>Current Department Occupying the Space:</w:t>
            </w:r>
          </w:p>
        </w:tc>
        <w:tc>
          <w:tcPr>
            <w:tcW w:w="72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EEF0F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3ED453" w14:textId="77777777" w:rsidR="00C32BB5" w:rsidRDefault="00000000">
            <w:pPr>
              <w:spacing w:after="0"/>
            </w:pPr>
            <w:sdt>
              <w:sdtPr>
                <w:alias w:val="Form Field"/>
                <w:tag w:val="form_field"/>
                <w:id w:val="1751853923"/>
                <w:text w:multiLine="1"/>
              </w:sdtPr>
              <w:sdtContent>
                <w:r w:rsidR="00290317">
                  <w:rPr>
                    <w:color w:val="666666"/>
                  </w:rPr>
                  <w:t>Click or tap here to enter text.</w:t>
                </w:r>
              </w:sdtContent>
            </w:sdt>
          </w:p>
        </w:tc>
      </w:tr>
      <w:tr w:rsidR="00C32BB5" w14:paraId="6C22300C" w14:textId="77777777" w:rsidTr="0088626B">
        <w:trPr>
          <w:jc w:val="center"/>
        </w:trPr>
        <w:tc>
          <w:tcPr>
            <w:tcW w:w="324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C0078B" w14:textId="77777777" w:rsidR="00C32BB5" w:rsidRDefault="00290317">
            <w:pPr>
              <w:spacing w:after="0"/>
            </w:pPr>
            <w:r>
              <w:rPr>
                <w:color w:val="000000"/>
                <w:sz w:val="17"/>
              </w:rPr>
              <w:t>Current Occupant(s):</w:t>
            </w:r>
          </w:p>
        </w:tc>
        <w:tc>
          <w:tcPr>
            <w:tcW w:w="72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EEF0F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EE5AE7" w14:textId="77777777" w:rsidR="00C32BB5" w:rsidRDefault="00000000">
            <w:pPr>
              <w:spacing w:after="0"/>
            </w:pPr>
            <w:sdt>
              <w:sdtPr>
                <w:alias w:val="Form Field"/>
                <w:tag w:val="form_field"/>
                <w:id w:val="-769307071"/>
                <w:text w:multiLine="1"/>
              </w:sdtPr>
              <w:sdtContent>
                <w:r w:rsidR="00290317">
                  <w:rPr>
                    <w:color w:val="666666"/>
                  </w:rPr>
                  <w:t>Click or tap here to enter text.</w:t>
                </w:r>
              </w:sdtContent>
            </w:sdt>
          </w:p>
        </w:tc>
      </w:tr>
      <w:tr w:rsidR="00C32BB5" w14:paraId="29B13742" w14:textId="77777777" w:rsidTr="0088626B">
        <w:trPr>
          <w:jc w:val="center"/>
        </w:trPr>
        <w:tc>
          <w:tcPr>
            <w:tcW w:w="324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9A3E5B" w14:textId="77777777" w:rsidR="00C32BB5" w:rsidRDefault="00290317">
            <w:pPr>
              <w:spacing w:after="0"/>
            </w:pPr>
            <w:r>
              <w:rPr>
                <w:color w:val="000000"/>
                <w:sz w:val="17"/>
              </w:rPr>
              <w:t>New Department Occupying the Space (if applicable):</w:t>
            </w:r>
          </w:p>
        </w:tc>
        <w:tc>
          <w:tcPr>
            <w:tcW w:w="72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EEF0F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572EF5" w14:textId="77777777" w:rsidR="00C32BB5" w:rsidRDefault="00000000">
            <w:pPr>
              <w:spacing w:after="0"/>
            </w:pPr>
            <w:sdt>
              <w:sdtPr>
                <w:alias w:val="Form Field"/>
                <w:tag w:val="form_field"/>
                <w:id w:val="1633907647"/>
                <w:text w:multiLine="1"/>
              </w:sdtPr>
              <w:sdtContent>
                <w:r w:rsidR="00290317">
                  <w:rPr>
                    <w:color w:val="666666"/>
                  </w:rPr>
                  <w:t>Click or tap here to enter text.</w:t>
                </w:r>
              </w:sdtContent>
            </w:sdt>
          </w:p>
        </w:tc>
      </w:tr>
      <w:tr w:rsidR="00C32BB5" w14:paraId="7C0333A4" w14:textId="77777777" w:rsidTr="0088626B">
        <w:trPr>
          <w:jc w:val="center"/>
        </w:trPr>
        <w:tc>
          <w:tcPr>
            <w:tcW w:w="324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A1B90B" w14:textId="12DBE495" w:rsidR="00C32BB5" w:rsidRDefault="00290317">
            <w:pPr>
              <w:spacing w:after="0"/>
            </w:pPr>
            <w:r>
              <w:rPr>
                <w:color w:val="000000"/>
                <w:sz w:val="17"/>
              </w:rPr>
              <w:t xml:space="preserve">New Occupant(s) (if applicable): &amp; </w:t>
            </w:r>
            <w:r w:rsidR="008218ED">
              <w:rPr>
                <w:color w:val="000000"/>
                <w:sz w:val="17"/>
              </w:rPr>
              <w:t>title</w:t>
            </w:r>
          </w:p>
        </w:tc>
        <w:tc>
          <w:tcPr>
            <w:tcW w:w="72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EEF0F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449B35" w14:textId="77777777" w:rsidR="00C32BB5" w:rsidRDefault="00000000">
            <w:pPr>
              <w:spacing w:after="0"/>
            </w:pPr>
            <w:sdt>
              <w:sdtPr>
                <w:alias w:val="Form Field"/>
                <w:tag w:val="form_field"/>
                <w:id w:val="-1332370355"/>
                <w:text w:multiLine="1"/>
              </w:sdtPr>
              <w:sdtContent>
                <w:r w:rsidR="00290317">
                  <w:rPr>
                    <w:color w:val="666666"/>
                  </w:rPr>
                  <w:t>Click or tap here to enter text.</w:t>
                </w:r>
              </w:sdtContent>
            </w:sdt>
          </w:p>
        </w:tc>
      </w:tr>
      <w:tr w:rsidR="00C32BB5" w14:paraId="7510E0A0" w14:textId="77777777">
        <w:trPr>
          <w:trHeight w:val="403"/>
          <w:jc w:val="center"/>
        </w:trPr>
        <w:tc>
          <w:tcPr>
            <w:tcW w:w="10440" w:type="dxa"/>
            <w:gridSpan w:val="2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2F559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E18F02" w14:textId="77777777" w:rsidR="00C32BB5" w:rsidRDefault="00290317">
            <w:pPr>
              <w:spacing w:after="0"/>
            </w:pPr>
            <w:r>
              <w:rPr>
                <w:b/>
                <w:color w:val="FFFFFF"/>
              </w:rPr>
              <w:t>Project Type</w:t>
            </w:r>
          </w:p>
          <w:p w14:paraId="3B382C86" w14:textId="3C24E6B4" w:rsidR="00C32BB5" w:rsidRDefault="00C32BB5">
            <w:pPr>
              <w:spacing w:after="0"/>
            </w:pPr>
          </w:p>
        </w:tc>
      </w:tr>
      <w:tr w:rsidR="00C32BB5" w14:paraId="2B051D2D" w14:textId="77777777" w:rsidTr="0088626B">
        <w:trPr>
          <w:trHeight w:val="386"/>
          <w:jc w:val="center"/>
        </w:trPr>
        <w:tc>
          <w:tcPr>
            <w:tcW w:w="324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865310" w14:textId="77777777" w:rsidR="00C32BB5" w:rsidRDefault="00290317">
            <w:pPr>
              <w:spacing w:after="0"/>
            </w:pPr>
            <w:r>
              <w:rPr>
                <w:color w:val="000000"/>
                <w:sz w:val="17"/>
              </w:rPr>
              <w:t xml:space="preserve">Area(s) Affected Select - Class </w:t>
            </w:r>
          </w:p>
        </w:tc>
        <w:sdt>
          <w:sdtPr>
            <w:id w:val="-969364637"/>
            <w:placeholder>
              <w:docPart w:val="DefaultPlaceholder_-1854013438"/>
            </w:placeholder>
            <w:dropDownList>
              <w:listItem w:displayText="select most appropriate" w:value="select most appropriate"/>
              <w:listItem w:displayText="Classroom" w:value="Classroom"/>
              <w:listItem w:displayText="Education" w:value="Education"/>
              <w:listItem w:displayText="Research" w:value="Research"/>
              <w:listItem w:displayText="Administration/office" w:value="Administration/office"/>
              <w:listItem w:displayText="ADA Accessibility" w:value="ADA Accessibility"/>
              <w:listItem w:displayText="Health &amp; Safety" w:value="Health &amp; Safety"/>
              <w:listItem w:displayText="Other:" w:value="Other:"/>
            </w:dropDownList>
          </w:sdtPr>
          <w:sdtContent>
            <w:tc>
              <w:tcPr>
                <w:tcW w:w="7200" w:type="dxa"/>
                <w:tcBorders>
                  <w:top w:val="single" w:sz="5" w:space="0" w:color="808080"/>
                  <w:left w:val="single" w:sz="5" w:space="0" w:color="808080"/>
                  <w:bottom w:val="single" w:sz="5" w:space="0" w:color="808080"/>
                  <w:right w:val="single" w:sz="5" w:space="0" w:color="808080"/>
                </w:tcBorders>
                <w:shd w:val="clear" w:color="auto" w:fill="EEF0F9"/>
                <w:tcMar>
                  <w:top w:w="70" w:type="dxa"/>
                  <w:left w:w="80" w:type="dxa"/>
                  <w:bottom w:w="70" w:type="dxa"/>
                  <w:right w:w="80" w:type="dxa"/>
                </w:tcMar>
                <w:vAlign w:val="center"/>
              </w:tcPr>
              <w:p w14:paraId="732D46E1" w14:textId="1EFC452C" w:rsidR="00C32BB5" w:rsidRDefault="00743298">
                <w:pPr>
                  <w:spacing w:after="0"/>
                </w:pPr>
                <w:r w:rsidRPr="00743298">
                  <w:t>select most appropriate</w:t>
                </w:r>
              </w:p>
            </w:tc>
          </w:sdtContent>
        </w:sdt>
      </w:tr>
      <w:tr w:rsidR="00C32BB5" w14:paraId="1F3A6D84" w14:textId="77777777" w:rsidTr="0088626B">
        <w:trPr>
          <w:jc w:val="center"/>
        </w:trPr>
        <w:tc>
          <w:tcPr>
            <w:tcW w:w="324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3D0F80" w14:textId="77777777" w:rsidR="00C32BB5" w:rsidRDefault="00290317">
            <w:pPr>
              <w:spacing w:after="0"/>
            </w:pPr>
            <w:r>
              <w:rPr>
                <w:color w:val="000000"/>
                <w:sz w:val="17"/>
              </w:rPr>
              <w:t>Type of Work (Select all that apply)</w:t>
            </w:r>
          </w:p>
        </w:tc>
        <w:tc>
          <w:tcPr>
            <w:tcW w:w="72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EEF0F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889EA2" w14:textId="1D053111" w:rsidR="00C32BB5" w:rsidRDefault="00000000">
            <w:pPr>
              <w:spacing w:after="0"/>
            </w:pPr>
            <w:sdt>
              <w:sdtPr>
                <w:id w:val="-1870983297"/>
                <w:dropDownList>
                  <w:listItem w:displayText="select most appropriate" w:value="select most appropriate"/>
                  <w:listItem w:displayText="Change of Use" w:value="Change of Use"/>
                  <w:listItem w:displayText="Refresh" w:value="Refresh"/>
                  <w:listItem w:displayText="Interior Renovation" w:value="Interior Renovation"/>
                  <w:listItem w:displayText="New Construction" w:value="New Construction"/>
                  <w:listItem w:displayText="Furniture / Equipment Installation" w:value="Furniture / Equipment Installation"/>
                  <w:listItem w:displayText="Infrastructure Upgrade" w:value="Infrastructure Upgrade"/>
                  <w:listItem w:displayText="Space Reconfiguration" w:value="Space Reconfiguration"/>
                </w:dropDownList>
              </w:sdtPr>
              <w:sdtContent>
                <w:r w:rsidR="00743298" w:rsidRPr="00743298">
                  <w:t>select most appropriate</w:t>
                </w:r>
              </w:sdtContent>
            </w:sdt>
          </w:p>
        </w:tc>
      </w:tr>
      <w:tr w:rsidR="00C32BB5" w14:paraId="40B2CBA2" w14:textId="77777777" w:rsidTr="009603DD">
        <w:trPr>
          <w:trHeight w:val="386"/>
          <w:jc w:val="center"/>
        </w:trPr>
        <w:tc>
          <w:tcPr>
            <w:tcW w:w="10440" w:type="dxa"/>
            <w:gridSpan w:val="2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2F559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D2D038" w14:textId="528C32EF" w:rsidR="00C32BB5" w:rsidRPr="0054512D" w:rsidRDefault="00290317">
            <w:pPr>
              <w:spacing w:after="0"/>
              <w:rPr>
                <w:color w:val="FFFFFF" w:themeColor="background1"/>
              </w:rPr>
            </w:pPr>
            <w:r w:rsidRPr="0054512D">
              <w:rPr>
                <w:b/>
                <w:color w:val="FFFFFF" w:themeColor="background1"/>
              </w:rPr>
              <w:t>Brief Project Description</w:t>
            </w:r>
            <w:r w:rsidR="0054512D" w:rsidRPr="0054512D">
              <w:rPr>
                <w:b/>
                <w:color w:val="FFFFFF" w:themeColor="background1"/>
              </w:rPr>
              <w:t xml:space="preserve">: </w:t>
            </w:r>
            <w:r w:rsidR="0054512D" w:rsidRPr="0054512D">
              <w:rPr>
                <w:color w:val="FFFFFF" w:themeColor="background1"/>
                <w:sz w:val="17"/>
              </w:rPr>
              <w:t>(250-character summary)</w:t>
            </w:r>
          </w:p>
          <w:p w14:paraId="388AD24E" w14:textId="3C3E8019" w:rsidR="00C32BB5" w:rsidRDefault="00C32BB5">
            <w:pPr>
              <w:spacing w:after="0"/>
            </w:pPr>
          </w:p>
        </w:tc>
      </w:tr>
      <w:tr w:rsidR="0054512D" w14:paraId="5489D15D" w14:textId="77777777" w:rsidTr="009603DD">
        <w:trPr>
          <w:trHeight w:val="665"/>
          <w:jc w:val="center"/>
        </w:trPr>
        <w:tc>
          <w:tcPr>
            <w:tcW w:w="10440" w:type="dxa"/>
            <w:gridSpan w:val="2"/>
            <w:tcBorders>
              <w:top w:val="single" w:sz="5" w:space="0" w:color="808080"/>
              <w:left w:val="single" w:sz="5" w:space="0" w:color="808080"/>
              <w:right w:val="single" w:sz="5" w:space="0" w:color="808080"/>
            </w:tcBorders>
            <w:shd w:val="clear" w:color="auto" w:fill="EEF0F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1A35AC" w14:textId="77777777" w:rsidR="0054512D" w:rsidRDefault="00000000" w:rsidP="0088626B">
            <w:pPr>
              <w:pStyle w:val="NoSpacing"/>
            </w:pPr>
            <w:sdt>
              <w:sdtPr>
                <w:alias w:val="Form Field"/>
                <w:tag w:val="form_field"/>
                <w:id w:val="-1999412581"/>
                <w:text w:multiLine="1"/>
              </w:sdtPr>
              <w:sdtContent>
                <w:r w:rsidR="0054512D">
                  <w:t>Click or tap here to enter text.</w:t>
                </w:r>
              </w:sdtContent>
            </w:sdt>
          </w:p>
        </w:tc>
      </w:tr>
      <w:tr w:rsidR="00C32BB5" w14:paraId="111A7DC2" w14:textId="77777777" w:rsidTr="009603DD">
        <w:trPr>
          <w:trHeight w:val="296"/>
          <w:jc w:val="center"/>
        </w:trPr>
        <w:tc>
          <w:tcPr>
            <w:tcW w:w="10440" w:type="dxa"/>
            <w:gridSpan w:val="2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2F559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A2BED5" w14:textId="577F5230" w:rsidR="00C32BB5" w:rsidRPr="0054512D" w:rsidRDefault="00290317">
            <w:pPr>
              <w:spacing w:after="0"/>
              <w:rPr>
                <w:color w:val="FFFFFF" w:themeColor="background1"/>
              </w:rPr>
            </w:pPr>
            <w:r w:rsidRPr="0054512D">
              <w:rPr>
                <w:b/>
                <w:color w:val="FFFFFF" w:themeColor="background1"/>
              </w:rPr>
              <w:t xml:space="preserve">Business </w:t>
            </w:r>
            <w:r w:rsidR="0054512D" w:rsidRPr="0054512D">
              <w:rPr>
                <w:b/>
                <w:color w:val="FFFFFF" w:themeColor="background1"/>
              </w:rPr>
              <w:t>Justification</w:t>
            </w:r>
            <w:r w:rsidR="00BA318C" w:rsidRPr="0054512D">
              <w:rPr>
                <w:b/>
                <w:color w:val="FFFFFF" w:themeColor="background1"/>
              </w:rPr>
              <w:t xml:space="preserve">: </w:t>
            </w:r>
            <w:r w:rsidR="00BA318C">
              <w:rPr>
                <w:b/>
                <w:color w:val="FFFFFF" w:themeColor="background1"/>
              </w:rPr>
              <w:t>(</w:t>
            </w:r>
            <w:r w:rsidR="0054512D" w:rsidRPr="0054512D">
              <w:rPr>
                <w:color w:val="FFFFFF" w:themeColor="background1"/>
                <w:sz w:val="17"/>
              </w:rPr>
              <w:t>250-character summary)</w:t>
            </w:r>
          </w:p>
          <w:p w14:paraId="6F7FB39D" w14:textId="57B75A87" w:rsidR="00C32BB5" w:rsidRDefault="00C32BB5">
            <w:pPr>
              <w:spacing w:after="0"/>
            </w:pPr>
          </w:p>
        </w:tc>
      </w:tr>
      <w:tr w:rsidR="0054512D" w14:paraId="1BCA2813" w14:textId="77777777" w:rsidTr="009603DD">
        <w:trPr>
          <w:trHeight w:val="836"/>
          <w:jc w:val="center"/>
        </w:trPr>
        <w:tc>
          <w:tcPr>
            <w:tcW w:w="10440" w:type="dxa"/>
            <w:gridSpan w:val="2"/>
            <w:tcBorders>
              <w:top w:val="single" w:sz="5" w:space="0" w:color="808080"/>
              <w:left w:val="single" w:sz="5" w:space="0" w:color="808080"/>
              <w:right w:val="single" w:sz="5" w:space="0" w:color="808080"/>
            </w:tcBorders>
            <w:shd w:val="clear" w:color="auto" w:fill="EEF0F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B423B1" w14:textId="6F127448" w:rsidR="0054512D" w:rsidRDefault="00000000">
            <w:pPr>
              <w:spacing w:after="0"/>
            </w:pPr>
            <w:sdt>
              <w:sdtPr>
                <w:alias w:val="Form Field"/>
                <w:tag w:val="form_field"/>
                <w:id w:val="-1906836106"/>
                <w:text w:multiLine="1"/>
              </w:sdtPr>
              <w:sdtContent>
                <w:sdt>
                  <w:sdtPr>
                    <w:alias w:val="Form Field"/>
                    <w:tag w:val="form_field"/>
                    <w:id w:val="-1615197062"/>
                    <w:text w:multiLine="1"/>
                  </w:sdtPr>
                  <w:sdtContent>
                    <w:r w:rsidR="003B0E70">
                      <w:t>Click or tap here to enter text.</w:t>
                    </w:r>
                  </w:sdtContent>
                </w:sdt>
              </w:sdtContent>
            </w:sdt>
          </w:p>
        </w:tc>
      </w:tr>
      <w:tr w:rsidR="00B317ED" w14:paraId="7092D142" w14:textId="77777777" w:rsidTr="00315A70">
        <w:trPr>
          <w:trHeight w:val="665"/>
          <w:jc w:val="center"/>
        </w:trPr>
        <w:tc>
          <w:tcPr>
            <w:tcW w:w="10440" w:type="dxa"/>
            <w:gridSpan w:val="2"/>
            <w:tcBorders>
              <w:top w:val="single" w:sz="5" w:space="0" w:color="808080"/>
              <w:left w:val="single" w:sz="5" w:space="0" w:color="808080"/>
              <w:bottom w:val="single" w:sz="4" w:space="0" w:color="auto"/>
              <w:right w:val="single" w:sz="5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FA260F" w14:textId="262C9B3D" w:rsidR="00B317ED" w:rsidRDefault="000974B2" w:rsidP="00B317ED">
            <w:pPr>
              <w:spacing w:after="0"/>
            </w:pPr>
            <w:r w:rsidRPr="001A068B">
              <w:rPr>
                <w:b/>
              </w:rPr>
              <w:t>Ne</w:t>
            </w:r>
            <w:r w:rsidR="00566C11" w:rsidRPr="001A068B">
              <w:rPr>
                <w:b/>
              </w:rPr>
              <w:t>gative Impact if project Is not funded</w:t>
            </w:r>
            <w:r w:rsidR="00B317ED" w:rsidRPr="001A068B">
              <w:rPr>
                <w:b/>
              </w:rPr>
              <w:t>: (</w:t>
            </w:r>
            <w:r w:rsidR="00B317ED" w:rsidRPr="001A068B">
              <w:rPr>
                <w:sz w:val="17"/>
              </w:rPr>
              <w:t>250-character summary)</w:t>
            </w:r>
          </w:p>
        </w:tc>
      </w:tr>
      <w:tr w:rsidR="00B317ED" w14:paraId="2CB4EC04" w14:textId="77777777" w:rsidTr="00315A70">
        <w:trPr>
          <w:trHeight w:val="1925"/>
          <w:jc w:val="center"/>
        </w:trPr>
        <w:tc>
          <w:tcPr>
            <w:tcW w:w="10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F0F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8AC502" w14:textId="036E1886" w:rsidR="00B317ED" w:rsidRDefault="00000000" w:rsidP="00B317ED">
            <w:pPr>
              <w:spacing w:after="0"/>
            </w:pPr>
            <w:sdt>
              <w:sdtPr>
                <w:alias w:val="Form Field"/>
                <w:tag w:val="form_field"/>
                <w:id w:val="-1153677615"/>
                <w:text w:multiLine="1"/>
              </w:sdtPr>
              <w:sdtContent>
                <w:r w:rsidR="00B317ED">
                  <w:rPr>
                    <w:color w:val="666666"/>
                  </w:rPr>
                  <w:t>Click or tap here to enter text.</w:t>
                </w:r>
              </w:sdtContent>
            </w:sdt>
          </w:p>
        </w:tc>
      </w:tr>
      <w:tr w:rsidR="00B317ED" w14:paraId="4BE62B85" w14:textId="77777777" w:rsidTr="00315A70">
        <w:trPr>
          <w:jc w:val="center"/>
        </w:trPr>
        <w:tc>
          <w:tcPr>
            <w:tcW w:w="3240" w:type="dxa"/>
            <w:tcBorders>
              <w:top w:val="single" w:sz="4" w:space="0" w:color="auto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9CF552" w14:textId="77777777" w:rsidR="00B317ED" w:rsidRDefault="00B317ED" w:rsidP="00B317ED">
            <w:pPr>
              <w:spacing w:after="0"/>
            </w:pPr>
            <w:r>
              <w:rPr>
                <w:color w:val="000000"/>
                <w:sz w:val="17"/>
              </w:rPr>
              <w:lastRenderedPageBreak/>
              <w:t>Why is Project Needed (objectives/justification/strategic alignment) (indicate all that apply)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EEF0F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47C3411" w14:textId="7CDD18DE" w:rsidR="00B317ED" w:rsidRDefault="00000000" w:rsidP="00B317ED">
            <w:pPr>
              <w:spacing w:after="0"/>
            </w:pPr>
            <w:sdt>
              <w:sdtPr>
                <w:id w:val="124285246"/>
                <w:dropDownList>
                  <w:listItem w:displayText="select most appropriate" w:value="select most appropriate"/>
                  <w:listItem w:displayText="Grant Requirement" w:value="Grant Requirement"/>
                  <w:listItem w:displayText="Contract Requirement" w:value="Contract Requirement"/>
                  <w:listItem w:displayText="Hiring Requirement" w:value="Hiring Requirement"/>
                  <w:listItem w:displayText="Instructional Benefit" w:value="Instructional Benefit"/>
                  <w:listItem w:displayText="Program Growth" w:value="Program Growth"/>
                  <w:listItem w:displayText="Compliance Requirement" w:value="Compliance Requirement"/>
                  <w:listItem w:displayText="Health &amp; Safety Improvement" w:value="Health &amp; Safety Improvement"/>
                  <w:listItem w:displayText="Research Enhancement" w:value="Research Enhancement"/>
                  <w:listItem w:displayText="Other: " w:value="Other: "/>
                </w:dropDownList>
              </w:sdtPr>
              <w:sdtContent>
                <w:r w:rsidR="00B317ED" w:rsidRPr="00743298">
                  <w:t>select most appropriate</w:t>
                </w:r>
              </w:sdtContent>
            </w:sdt>
          </w:p>
        </w:tc>
      </w:tr>
      <w:tr w:rsidR="00B317ED" w14:paraId="15D06DAA" w14:textId="77777777" w:rsidTr="00E6227A">
        <w:trPr>
          <w:trHeight w:val="746"/>
          <w:jc w:val="center"/>
        </w:trPr>
        <w:tc>
          <w:tcPr>
            <w:tcW w:w="10440" w:type="dxa"/>
            <w:gridSpan w:val="2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0FEBA7" w14:textId="4E5B5CBA" w:rsidR="0028654E" w:rsidRPr="0028654E" w:rsidRDefault="00B317ED" w:rsidP="00E6227A">
            <w:pPr>
              <w:spacing w:after="0"/>
            </w:pPr>
            <w:r>
              <w:rPr>
                <w:color w:val="000000"/>
                <w:sz w:val="17"/>
              </w:rPr>
              <w:t>Additional comments: (250-character summary)</w:t>
            </w:r>
          </w:p>
        </w:tc>
      </w:tr>
      <w:tr w:rsidR="00B317ED" w14:paraId="42E97016" w14:textId="77777777" w:rsidTr="009603DD">
        <w:trPr>
          <w:trHeight w:val="980"/>
          <w:jc w:val="center"/>
        </w:trPr>
        <w:tc>
          <w:tcPr>
            <w:tcW w:w="10440" w:type="dxa"/>
            <w:gridSpan w:val="2"/>
            <w:tcBorders>
              <w:top w:val="single" w:sz="5" w:space="0" w:color="808080"/>
              <w:left w:val="single" w:sz="5" w:space="0" w:color="808080"/>
              <w:right w:val="single" w:sz="5" w:space="0" w:color="808080"/>
            </w:tcBorders>
            <w:shd w:val="clear" w:color="auto" w:fill="EEF0F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A91076" w14:textId="3980A2CA" w:rsidR="00B317ED" w:rsidRDefault="00000000" w:rsidP="00B317ED">
            <w:pPr>
              <w:spacing w:after="0"/>
            </w:pPr>
            <w:sdt>
              <w:sdtPr>
                <w:alias w:val="Form Field"/>
                <w:tag w:val="form_field"/>
                <w:id w:val="1088195701"/>
                <w:text w:multiLine="1"/>
              </w:sdtPr>
              <w:sdtContent>
                <w:r w:rsidR="00B317ED">
                  <w:t>Click or tap here to enter text.</w:t>
                </w:r>
              </w:sdtContent>
            </w:sdt>
          </w:p>
        </w:tc>
      </w:tr>
      <w:tr w:rsidR="00B317ED" w14:paraId="620E628E" w14:textId="77777777" w:rsidTr="0088626B">
        <w:trPr>
          <w:jc w:val="center"/>
        </w:trPr>
        <w:tc>
          <w:tcPr>
            <w:tcW w:w="324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1B4B7B" w14:textId="1A7E6C8D" w:rsidR="00B317ED" w:rsidRDefault="00B317ED" w:rsidP="00B317ED">
            <w:pPr>
              <w:spacing w:after="0"/>
            </w:pPr>
            <w:r>
              <w:rPr>
                <w:color w:val="000000"/>
                <w:sz w:val="17"/>
              </w:rPr>
              <w:t>Preferred Construction Start Period</w:t>
            </w:r>
          </w:p>
        </w:tc>
        <w:tc>
          <w:tcPr>
            <w:tcW w:w="72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EEF0F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2BA2B8" w14:textId="525F3F48" w:rsidR="00B317ED" w:rsidRDefault="00000000" w:rsidP="00B317ED">
            <w:pPr>
              <w:spacing w:after="0"/>
            </w:pPr>
            <w:sdt>
              <w:sdtPr>
                <w:alias w:val="Form Field"/>
                <w:tag w:val="form_field"/>
                <w:id w:val="-706490741"/>
                <w:dropDownList>
                  <w:listItem w:displayText="select most appropriate" w:value="select most appropriate"/>
                  <w:listItem w:displayText="Fall" w:value="Fall"/>
                  <w:listItem w:displayText="Spring" w:value="Spring"/>
                  <w:listItem w:displayText="Summer" w:value="Summer"/>
                  <w:listItem w:displayText="Other:" w:value="Other:"/>
                </w:dropDownList>
              </w:sdtPr>
              <w:sdtContent>
                <w:r w:rsidR="00B317ED" w:rsidRPr="00743298">
                  <w:t>select most appropriate</w:t>
                </w:r>
              </w:sdtContent>
            </w:sdt>
          </w:p>
        </w:tc>
      </w:tr>
      <w:tr w:rsidR="00B317ED" w14:paraId="28CEE073" w14:textId="77777777" w:rsidTr="0088626B">
        <w:trPr>
          <w:jc w:val="center"/>
        </w:trPr>
        <w:tc>
          <w:tcPr>
            <w:tcW w:w="324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E7C923" w14:textId="77777777" w:rsidR="00B317ED" w:rsidRDefault="00B317ED" w:rsidP="00B317ED">
            <w:pPr>
              <w:spacing w:after="0"/>
            </w:pPr>
            <w:r>
              <w:rPr>
                <w:color w:val="000000"/>
                <w:sz w:val="17"/>
              </w:rPr>
              <w:t>Is there a critical deadline?</w:t>
            </w:r>
          </w:p>
        </w:tc>
        <w:tc>
          <w:tcPr>
            <w:tcW w:w="72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EEF0F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1C1E9A" w14:textId="238F589B" w:rsidR="00B317ED" w:rsidRDefault="00000000" w:rsidP="00B317ED">
            <w:pPr>
              <w:spacing w:after="0"/>
            </w:pPr>
            <w:sdt>
              <w:sdtPr>
                <w:alias w:val="Form Field"/>
                <w:tag w:val="form_field"/>
                <w:id w:val="423852396"/>
                <w:dropDownList>
                  <w:listItem w:displayText="select most appropriate" w:value="select most appropriate"/>
                  <w:listItem w:displayText="Yes" w:value="Yes"/>
                  <w:listItem w:displayText="No" w:value="No"/>
                </w:dropDownList>
              </w:sdtPr>
              <w:sdtContent>
                <w:r w:rsidR="00B317ED" w:rsidRPr="00743298">
                  <w:t>select most appropriate</w:t>
                </w:r>
              </w:sdtContent>
            </w:sdt>
          </w:p>
        </w:tc>
      </w:tr>
      <w:tr w:rsidR="00B317ED" w14:paraId="5FB858CB" w14:textId="77777777" w:rsidTr="00782677">
        <w:trPr>
          <w:trHeight w:val="287"/>
          <w:jc w:val="center"/>
        </w:trPr>
        <w:tc>
          <w:tcPr>
            <w:tcW w:w="10440" w:type="dxa"/>
            <w:gridSpan w:val="2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64CDBA" w14:textId="77777777" w:rsidR="00B317ED" w:rsidRDefault="00B317ED" w:rsidP="00B317ED">
            <w:pPr>
              <w:spacing w:after="0"/>
            </w:pPr>
            <w:r>
              <w:rPr>
                <w:color w:val="000000"/>
                <w:sz w:val="17"/>
              </w:rPr>
              <w:t>If yes, explain: (250-character summary)</w:t>
            </w:r>
          </w:p>
          <w:p w14:paraId="4F072236" w14:textId="5FF7AA6C" w:rsidR="00B317ED" w:rsidRDefault="00000000" w:rsidP="00B317ED">
            <w:pPr>
              <w:spacing w:after="0"/>
            </w:pPr>
            <w:sdt>
              <w:sdtPr>
                <w:alias w:val="Form Field"/>
                <w:tag w:val="form_field"/>
                <w:id w:val="2042550933"/>
                <w:placeholder>
                  <w:docPart w:val="A6200D0914DC4D0D82956A644A8267A6"/>
                </w:placeholder>
                <w:showingPlcHdr/>
                <w:text w:multiLine="1"/>
              </w:sdtPr>
              <w:sdtContent>
                <w:r w:rsidR="00B317ED">
                  <w:t xml:space="preserve">     </w:t>
                </w:r>
              </w:sdtContent>
            </w:sdt>
          </w:p>
        </w:tc>
      </w:tr>
      <w:tr w:rsidR="00B317ED" w14:paraId="2838E0FB" w14:textId="77777777" w:rsidTr="00D10C83">
        <w:trPr>
          <w:trHeight w:val="935"/>
          <w:jc w:val="center"/>
        </w:trPr>
        <w:tc>
          <w:tcPr>
            <w:tcW w:w="10440" w:type="dxa"/>
            <w:gridSpan w:val="2"/>
            <w:tcBorders>
              <w:top w:val="single" w:sz="5" w:space="0" w:color="808080"/>
              <w:left w:val="single" w:sz="5" w:space="0" w:color="808080"/>
              <w:right w:val="single" w:sz="5" w:space="0" w:color="808080"/>
            </w:tcBorders>
            <w:shd w:val="clear" w:color="auto" w:fill="EEF0F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7DCD46" w14:textId="77777777" w:rsidR="00B317ED" w:rsidRDefault="00000000" w:rsidP="00B317ED">
            <w:pPr>
              <w:spacing w:after="0"/>
            </w:pPr>
            <w:sdt>
              <w:sdtPr>
                <w:alias w:val="Form Field"/>
                <w:tag w:val="form_field"/>
                <w:id w:val="4249964"/>
                <w:text w:multiLine="1"/>
              </w:sdtPr>
              <w:sdtContent>
                <w:r w:rsidR="00B317ED">
                  <w:rPr>
                    <w:color w:val="666666"/>
                  </w:rPr>
                  <w:t>Click or tap here to enter text.</w:t>
                </w:r>
              </w:sdtContent>
            </w:sdt>
          </w:p>
        </w:tc>
      </w:tr>
      <w:tr w:rsidR="00B317ED" w14:paraId="2F76DA80" w14:textId="77777777" w:rsidTr="009603DD">
        <w:trPr>
          <w:trHeight w:val="206"/>
          <w:jc w:val="center"/>
        </w:trPr>
        <w:tc>
          <w:tcPr>
            <w:tcW w:w="10440" w:type="dxa"/>
            <w:gridSpan w:val="2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2F559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CCD737" w14:textId="77777777" w:rsidR="00B317ED" w:rsidRDefault="00B317ED" w:rsidP="00B317ED">
            <w:pPr>
              <w:spacing w:after="0"/>
            </w:pPr>
            <w:r>
              <w:rPr>
                <w:b/>
                <w:color w:val="FFFFFF"/>
              </w:rPr>
              <w:t>Project funding Information</w:t>
            </w:r>
          </w:p>
        </w:tc>
      </w:tr>
      <w:tr w:rsidR="00B317ED" w14:paraId="29AE9655" w14:textId="77777777" w:rsidTr="005616F9">
        <w:trPr>
          <w:jc w:val="center"/>
        </w:trPr>
        <w:tc>
          <w:tcPr>
            <w:tcW w:w="10440" w:type="dxa"/>
            <w:gridSpan w:val="2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B45C59" w14:textId="77777777" w:rsidR="00B317ED" w:rsidRDefault="00B317ED" w:rsidP="00B317ED">
            <w:pPr>
              <w:spacing w:after="0"/>
            </w:pPr>
            <w:r>
              <w:rPr>
                <w:color w:val="000000"/>
                <w:sz w:val="17"/>
              </w:rPr>
              <w:t>Anticipated Funding Source: (250-character summary)</w:t>
            </w:r>
          </w:p>
          <w:p w14:paraId="602FED47" w14:textId="0D693F76" w:rsidR="00B317ED" w:rsidRDefault="00000000" w:rsidP="00B317ED">
            <w:pPr>
              <w:spacing w:after="0"/>
            </w:pPr>
            <w:sdt>
              <w:sdtPr>
                <w:alias w:val="Form Field"/>
                <w:tag w:val="form_field"/>
                <w:id w:val="-1378460022"/>
                <w:text w:multiLine="1"/>
              </w:sdtPr>
              <w:sdtContent/>
            </w:sdt>
          </w:p>
        </w:tc>
      </w:tr>
      <w:tr w:rsidR="00B317ED" w14:paraId="3E997BF4" w14:textId="77777777" w:rsidTr="0088626B">
        <w:trPr>
          <w:trHeight w:val="827"/>
          <w:jc w:val="center"/>
        </w:trPr>
        <w:tc>
          <w:tcPr>
            <w:tcW w:w="10440" w:type="dxa"/>
            <w:gridSpan w:val="2"/>
            <w:tcBorders>
              <w:top w:val="single" w:sz="5" w:space="0" w:color="808080"/>
              <w:left w:val="single" w:sz="5" w:space="0" w:color="808080"/>
              <w:right w:val="single" w:sz="5" w:space="0" w:color="808080"/>
            </w:tcBorders>
            <w:shd w:val="clear" w:color="auto" w:fill="EEF0F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E2C482" w14:textId="77777777" w:rsidR="00B317ED" w:rsidRDefault="00000000" w:rsidP="00B317ED">
            <w:pPr>
              <w:spacing w:after="0"/>
            </w:pPr>
            <w:sdt>
              <w:sdtPr>
                <w:alias w:val="Form Field"/>
                <w:tag w:val="form_field"/>
                <w:id w:val="968790746"/>
                <w:text w:multiLine="1"/>
              </w:sdtPr>
              <w:sdtContent>
                <w:r w:rsidR="00B317ED">
                  <w:rPr>
                    <w:color w:val="666666"/>
                  </w:rPr>
                  <w:t>Click or tap here to enter text.</w:t>
                </w:r>
              </w:sdtContent>
            </w:sdt>
          </w:p>
        </w:tc>
      </w:tr>
      <w:tr w:rsidR="00B317ED" w14:paraId="4146DE03" w14:textId="77777777" w:rsidTr="0088626B">
        <w:trPr>
          <w:jc w:val="center"/>
        </w:trPr>
        <w:tc>
          <w:tcPr>
            <w:tcW w:w="324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F10A23" w14:textId="5A0962D3" w:rsidR="00B317ED" w:rsidRDefault="00B317ED" w:rsidP="00B317ED">
            <w:pPr>
              <w:spacing w:after="0"/>
            </w:pPr>
            <w:r>
              <w:rPr>
                <w:color w:val="000000"/>
                <w:sz w:val="17"/>
              </w:rPr>
              <w:t>Funding Account Number (KFS #)</w:t>
            </w:r>
          </w:p>
        </w:tc>
        <w:tc>
          <w:tcPr>
            <w:tcW w:w="72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EEF0F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1EAFB0" w14:textId="77777777" w:rsidR="00B317ED" w:rsidRDefault="00000000" w:rsidP="00B317ED">
            <w:pPr>
              <w:spacing w:after="0"/>
            </w:pPr>
            <w:sdt>
              <w:sdtPr>
                <w:alias w:val="Form Field"/>
                <w:tag w:val="form_field"/>
                <w:id w:val="501095054"/>
                <w:text w:multiLine="1"/>
              </w:sdtPr>
              <w:sdtContent>
                <w:r w:rsidR="00B317ED">
                  <w:rPr>
                    <w:color w:val="666666"/>
                  </w:rPr>
                  <w:t>Click or tap here to enter text.</w:t>
                </w:r>
              </w:sdtContent>
            </w:sdt>
          </w:p>
        </w:tc>
      </w:tr>
      <w:tr w:rsidR="00B317ED" w14:paraId="2FB7C112" w14:textId="77777777" w:rsidTr="0088626B">
        <w:trPr>
          <w:jc w:val="center"/>
        </w:trPr>
        <w:tc>
          <w:tcPr>
            <w:tcW w:w="324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DC5C89" w14:textId="2EB75CE5" w:rsidR="00B317ED" w:rsidRDefault="00B317ED" w:rsidP="00B317ED">
            <w:pPr>
              <w:spacing w:after="0"/>
              <w:rPr>
                <w:color w:val="000000"/>
                <w:sz w:val="17"/>
              </w:rPr>
            </w:pPr>
            <w:r w:rsidRPr="006C5539">
              <w:rPr>
                <w:color w:val="000000"/>
                <w:sz w:val="17"/>
              </w:rPr>
              <w:t>UA FM Billable Service Number (S</w:t>
            </w:r>
            <w:r>
              <w:rPr>
                <w:color w:val="000000"/>
                <w:sz w:val="17"/>
              </w:rPr>
              <w:t>#</w:t>
            </w:r>
            <w:r w:rsidRPr="006C5539">
              <w:rPr>
                <w:color w:val="000000"/>
                <w:sz w:val="17"/>
              </w:rPr>
              <w:t>) for Estimates, as required</w:t>
            </w:r>
          </w:p>
        </w:tc>
        <w:tc>
          <w:tcPr>
            <w:tcW w:w="72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EEF0F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D6C106" w14:textId="30327750" w:rsidR="00B317ED" w:rsidRDefault="00000000" w:rsidP="00B317ED">
            <w:pPr>
              <w:spacing w:after="0"/>
            </w:pPr>
            <w:sdt>
              <w:sdtPr>
                <w:alias w:val="Form Field"/>
                <w:tag w:val="form_field"/>
                <w:id w:val="999083207"/>
                <w:text w:multiLine="1"/>
              </w:sdtPr>
              <w:sdtContent>
                <w:r w:rsidR="00B317ED">
                  <w:rPr>
                    <w:color w:val="666666"/>
                  </w:rPr>
                  <w:t>Click or tap here to enter text.</w:t>
                </w:r>
              </w:sdtContent>
            </w:sdt>
          </w:p>
        </w:tc>
      </w:tr>
      <w:tr w:rsidR="00B317ED" w14:paraId="6D662C03" w14:textId="77777777" w:rsidTr="0088626B">
        <w:trPr>
          <w:jc w:val="center"/>
        </w:trPr>
        <w:tc>
          <w:tcPr>
            <w:tcW w:w="324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BFE24B" w14:textId="6C8C8325" w:rsidR="00B317ED" w:rsidRDefault="00B317ED" w:rsidP="00B317ED">
            <w:pPr>
              <w:spacing w:after="0"/>
            </w:pPr>
            <w:r w:rsidRPr="00C163AA">
              <w:rPr>
                <w:color w:val="000000"/>
                <w:sz w:val="17"/>
              </w:rPr>
              <w:t>Department funds budgeted for the project</w:t>
            </w:r>
            <w:r>
              <w:rPr>
                <w:color w:val="000000"/>
                <w:sz w:val="17"/>
              </w:rPr>
              <w:t xml:space="preserve"> ($)</w:t>
            </w:r>
          </w:p>
        </w:tc>
        <w:tc>
          <w:tcPr>
            <w:tcW w:w="72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EEF0F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5942D9" w14:textId="77777777" w:rsidR="00B317ED" w:rsidRDefault="00000000" w:rsidP="00B317ED">
            <w:pPr>
              <w:spacing w:after="0"/>
            </w:pPr>
            <w:sdt>
              <w:sdtPr>
                <w:alias w:val="Form Field"/>
                <w:tag w:val="form_field"/>
                <w:id w:val="186100871"/>
                <w:text w:multiLine="1"/>
              </w:sdtPr>
              <w:sdtContent>
                <w:r w:rsidR="00B317ED">
                  <w:rPr>
                    <w:color w:val="666666"/>
                  </w:rPr>
                  <w:t>Click or tap here to enter text.</w:t>
                </w:r>
              </w:sdtContent>
            </w:sdt>
          </w:p>
        </w:tc>
      </w:tr>
      <w:tr w:rsidR="003A726F" w14:paraId="3CBD1246" w14:textId="77777777" w:rsidTr="0088626B">
        <w:trPr>
          <w:jc w:val="center"/>
        </w:trPr>
        <w:tc>
          <w:tcPr>
            <w:tcW w:w="324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834E4E" w14:textId="38EB7CF4" w:rsidR="003A726F" w:rsidRPr="001A068B" w:rsidRDefault="003A726F" w:rsidP="00B317ED">
            <w:pPr>
              <w:spacing w:after="0"/>
              <w:rPr>
                <w:color w:val="000000"/>
                <w:sz w:val="17"/>
              </w:rPr>
            </w:pPr>
            <w:r w:rsidRPr="001A068B">
              <w:rPr>
                <w:color w:val="000000"/>
                <w:sz w:val="17"/>
              </w:rPr>
              <w:t xml:space="preserve">Estimate # </w:t>
            </w:r>
          </w:p>
        </w:tc>
        <w:tc>
          <w:tcPr>
            <w:tcW w:w="72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EEF0F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5FF169" w14:textId="62620ED8" w:rsidR="003A726F" w:rsidRDefault="00000000" w:rsidP="00B317ED">
            <w:pPr>
              <w:spacing w:after="0"/>
            </w:pPr>
            <w:sdt>
              <w:sdtPr>
                <w:alias w:val="Form Field"/>
                <w:tag w:val="form_field"/>
                <w:id w:val="-1461722456"/>
                <w:text w:multiLine="1"/>
              </w:sdtPr>
              <w:sdtContent>
                <w:r w:rsidR="003A726F">
                  <w:t>Click or tap here to enter text.</w:t>
                </w:r>
              </w:sdtContent>
            </w:sdt>
          </w:p>
        </w:tc>
      </w:tr>
      <w:tr w:rsidR="003A726F" w14:paraId="2EF78D0B" w14:textId="77777777" w:rsidTr="0088626B">
        <w:trPr>
          <w:jc w:val="center"/>
        </w:trPr>
        <w:tc>
          <w:tcPr>
            <w:tcW w:w="324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82C6E8" w14:textId="5EAE0390" w:rsidR="003A726F" w:rsidRPr="001A068B" w:rsidRDefault="003A726F" w:rsidP="00B317ED">
            <w:pPr>
              <w:spacing w:after="0"/>
              <w:rPr>
                <w:color w:val="000000"/>
                <w:sz w:val="17"/>
              </w:rPr>
            </w:pPr>
            <w:r w:rsidRPr="001A068B">
              <w:rPr>
                <w:color w:val="000000"/>
                <w:sz w:val="17"/>
              </w:rPr>
              <w:t>Estimated Amount $</w:t>
            </w:r>
          </w:p>
        </w:tc>
        <w:tc>
          <w:tcPr>
            <w:tcW w:w="72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EEF0F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15A213" w14:textId="31ABBAAE" w:rsidR="003A726F" w:rsidRDefault="00000000" w:rsidP="00B317ED">
            <w:pPr>
              <w:spacing w:after="0"/>
            </w:pPr>
            <w:sdt>
              <w:sdtPr>
                <w:alias w:val="Form Field"/>
                <w:tag w:val="form_field"/>
                <w:id w:val="-1449769608"/>
                <w:text w:multiLine="1"/>
              </w:sdtPr>
              <w:sdtContent>
                <w:r w:rsidR="003A726F">
                  <w:t>Click or tap here to enter text.</w:t>
                </w:r>
              </w:sdtContent>
            </w:sdt>
          </w:p>
        </w:tc>
      </w:tr>
      <w:tr w:rsidR="00B317ED" w14:paraId="66925DDA" w14:textId="77777777" w:rsidTr="0088626B">
        <w:trPr>
          <w:jc w:val="center"/>
        </w:trPr>
        <w:tc>
          <w:tcPr>
            <w:tcW w:w="324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B35D3D" w14:textId="5AA50664" w:rsidR="00B317ED" w:rsidRDefault="00B317ED" w:rsidP="00B317ED">
            <w:pPr>
              <w:spacing w:after="0"/>
            </w:pPr>
            <w:r>
              <w:rPr>
                <w:color w:val="000000"/>
                <w:sz w:val="17"/>
              </w:rPr>
              <w:t>Supporting Documentation (Please attach any available documentation)</w:t>
            </w:r>
          </w:p>
        </w:tc>
        <w:tc>
          <w:tcPr>
            <w:tcW w:w="72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EEF0F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0CA13D" w14:textId="61151EC9" w:rsidR="00B317ED" w:rsidRDefault="00000000" w:rsidP="00B317ED">
            <w:pPr>
              <w:spacing w:after="0"/>
            </w:pPr>
            <w:sdt>
              <w:sdtPr>
                <w:alias w:val="Form Field"/>
                <w:tag w:val="form_field"/>
                <w:id w:val="256720995"/>
                <w:dropDownList>
                  <w:listItem w:displayText="select most appropriate" w:value="select most appropriate"/>
                  <w:listItem w:displayText="Yes" w:value="Yes"/>
                  <w:listItem w:displayText="No" w:value="No"/>
                </w:dropDownList>
              </w:sdtPr>
              <w:sdtContent>
                <w:r w:rsidR="00B317ED" w:rsidRPr="00743298">
                  <w:t>select most appropriate</w:t>
                </w:r>
              </w:sdtContent>
            </w:sdt>
          </w:p>
        </w:tc>
      </w:tr>
      <w:tr w:rsidR="00B317ED" w14:paraId="1900B867" w14:textId="77777777" w:rsidTr="0088626B">
        <w:trPr>
          <w:jc w:val="center"/>
        </w:trPr>
        <w:tc>
          <w:tcPr>
            <w:tcW w:w="324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C6D9F1" w:themeFill="text2" w:themeFillTint="3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F03E00" w14:textId="77777777" w:rsidR="00B317ED" w:rsidRDefault="00B317ED" w:rsidP="00B317ED">
            <w:pPr>
              <w:spacing w:after="0"/>
              <w:rPr>
                <w:b/>
                <w:color w:val="FFFFFF"/>
                <w:sz w:val="17"/>
              </w:rPr>
            </w:pPr>
          </w:p>
        </w:tc>
        <w:tc>
          <w:tcPr>
            <w:tcW w:w="72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C6D9F1" w:themeFill="text2" w:themeFillTint="3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877E2F" w14:textId="77777777" w:rsidR="00B317ED" w:rsidRDefault="00B317ED" w:rsidP="00B317ED">
            <w:pPr>
              <w:spacing w:after="0"/>
              <w:rPr>
                <w:b/>
                <w:color w:val="FFFFFF"/>
                <w:sz w:val="17"/>
              </w:rPr>
            </w:pPr>
          </w:p>
        </w:tc>
      </w:tr>
      <w:tr w:rsidR="00B317ED" w14:paraId="3C74ACAB" w14:textId="77777777" w:rsidTr="0088626B">
        <w:trPr>
          <w:jc w:val="center"/>
        </w:trPr>
        <w:tc>
          <w:tcPr>
            <w:tcW w:w="324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2F559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727E72" w14:textId="449261F0" w:rsidR="00B317ED" w:rsidRDefault="00B317ED" w:rsidP="00B317ED">
            <w:pPr>
              <w:spacing w:after="0"/>
            </w:pPr>
            <w:r>
              <w:rPr>
                <w:b/>
                <w:color w:val="FFFFFF"/>
                <w:sz w:val="17"/>
              </w:rPr>
              <w:t>Department Space committee approval</w:t>
            </w:r>
          </w:p>
        </w:tc>
        <w:tc>
          <w:tcPr>
            <w:tcW w:w="72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2F559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69C9EE" w14:textId="2FB5E5C1" w:rsidR="00B317ED" w:rsidRDefault="00B317ED" w:rsidP="00B317ED">
            <w:pPr>
              <w:spacing w:after="0"/>
            </w:pPr>
            <w:r>
              <w:rPr>
                <w:b/>
                <w:color w:val="FFFFFF"/>
                <w:sz w:val="17"/>
              </w:rPr>
              <w:t>Department Finance approval</w:t>
            </w:r>
          </w:p>
        </w:tc>
      </w:tr>
      <w:tr w:rsidR="00B317ED" w14:paraId="1F37FD78" w14:textId="77777777" w:rsidTr="0088626B">
        <w:trPr>
          <w:jc w:val="center"/>
        </w:trPr>
        <w:tc>
          <w:tcPr>
            <w:tcW w:w="324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C6D9F1" w:themeFill="text2" w:themeFillTint="3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59C795" w14:textId="77777777" w:rsidR="00B317ED" w:rsidRDefault="00B317ED" w:rsidP="00B317ED">
            <w:pPr>
              <w:spacing w:after="0"/>
            </w:pPr>
          </w:p>
        </w:tc>
        <w:tc>
          <w:tcPr>
            <w:tcW w:w="72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C6D9F1" w:themeFill="text2" w:themeFillTint="3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4A735A" w14:textId="77777777" w:rsidR="00B317ED" w:rsidRDefault="00B317ED" w:rsidP="00B317ED">
            <w:pPr>
              <w:spacing w:after="0"/>
            </w:pPr>
          </w:p>
        </w:tc>
      </w:tr>
      <w:tr w:rsidR="00B317ED" w14:paraId="09ADC07F" w14:textId="77777777" w:rsidTr="0088626B">
        <w:trPr>
          <w:jc w:val="center"/>
        </w:trPr>
        <w:tc>
          <w:tcPr>
            <w:tcW w:w="324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2F559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0399CB" w14:textId="77777777" w:rsidR="00B317ED" w:rsidRDefault="00B317ED" w:rsidP="00B317ED">
            <w:pPr>
              <w:spacing w:after="0"/>
            </w:pPr>
            <w:r>
              <w:rPr>
                <w:b/>
                <w:color w:val="FFFFFF"/>
                <w:sz w:val="17"/>
              </w:rPr>
              <w:t>Department Chair Approval</w:t>
            </w:r>
          </w:p>
        </w:tc>
        <w:tc>
          <w:tcPr>
            <w:tcW w:w="72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2F559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2FD93D" w14:textId="77777777" w:rsidR="00B317ED" w:rsidRDefault="00B317ED" w:rsidP="00B317ED">
            <w:pPr>
              <w:spacing w:after="0"/>
            </w:pPr>
            <w:r>
              <w:rPr>
                <w:b/>
                <w:color w:val="FFFFFF"/>
                <w:sz w:val="17"/>
              </w:rPr>
              <w:t>COM-T Finance Approval</w:t>
            </w:r>
          </w:p>
        </w:tc>
      </w:tr>
      <w:tr w:rsidR="00B317ED" w14:paraId="58806273" w14:textId="77777777" w:rsidTr="0088626B">
        <w:trPr>
          <w:gridAfter w:val="1"/>
          <w:wAfter w:w="7200" w:type="dxa"/>
          <w:jc w:val="center"/>
        </w:trPr>
        <w:tc>
          <w:tcPr>
            <w:tcW w:w="324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C6D9F1" w:themeFill="text2" w:themeFillTint="3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328445" w14:textId="77777777" w:rsidR="00B317ED" w:rsidRDefault="00B317ED" w:rsidP="00B317ED">
            <w:pPr>
              <w:spacing w:after="0"/>
            </w:pPr>
          </w:p>
        </w:tc>
      </w:tr>
      <w:tr w:rsidR="00B317ED" w14:paraId="7D159381" w14:textId="77777777" w:rsidTr="0088626B">
        <w:trPr>
          <w:gridAfter w:val="1"/>
          <w:wAfter w:w="7200" w:type="dxa"/>
          <w:jc w:val="center"/>
        </w:trPr>
        <w:tc>
          <w:tcPr>
            <w:tcW w:w="324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2F559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4DCCB0" w14:textId="77777777" w:rsidR="00B317ED" w:rsidRDefault="00B317ED" w:rsidP="00B317ED">
            <w:pPr>
              <w:spacing w:after="0"/>
            </w:pPr>
            <w:r>
              <w:rPr>
                <w:b/>
                <w:color w:val="FFFFFF"/>
                <w:sz w:val="17"/>
              </w:rPr>
              <w:t>College Space Committee Approval</w:t>
            </w:r>
          </w:p>
        </w:tc>
      </w:tr>
    </w:tbl>
    <w:p w14:paraId="3FC8A85C" w14:textId="77777777" w:rsidR="00FB5BC0" w:rsidRDefault="00FB5BC0"/>
    <w:sectPr w:rsidR="00FB5BC0" w:rsidSect="00BA578D">
      <w:headerReference w:type="default" r:id="rId8"/>
      <w:footerReference w:type="default" r:id="rId9"/>
      <w:pgSz w:w="12240" w:h="15840"/>
      <w:pgMar w:top="720" w:right="720" w:bottom="720" w:left="72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44233" w14:textId="77777777" w:rsidR="00B7411E" w:rsidRDefault="00B7411E" w:rsidP="00FF47DF">
      <w:pPr>
        <w:spacing w:after="0" w:line="240" w:lineRule="auto"/>
      </w:pPr>
      <w:r>
        <w:separator/>
      </w:r>
    </w:p>
  </w:endnote>
  <w:endnote w:type="continuationSeparator" w:id="0">
    <w:p w14:paraId="7667A213" w14:textId="77777777" w:rsidR="00B7411E" w:rsidRDefault="00B7411E" w:rsidP="00FF4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A066F" w14:textId="0E3E2CAB" w:rsidR="009603DD" w:rsidRDefault="00FB6BBF" w:rsidP="00FB6BBF">
    <w:pPr>
      <w:pStyle w:val="Footer"/>
    </w:pPr>
    <w:r w:rsidRPr="00FB6BBF">
      <w:t xml:space="preserve">COM-T Space Renovation Request Form Rev. </w:t>
    </w:r>
    <w:r w:rsidR="009603DD">
      <w:t>0</w:t>
    </w:r>
    <w:r w:rsidR="00D50CA6">
      <w:t>9.</w:t>
    </w:r>
    <w:r w:rsidR="00315A70">
      <w:t>29</w:t>
    </w:r>
    <w:r w:rsidR="009603DD">
      <w:t>.2026</w:t>
    </w:r>
    <w:r w:rsidR="00D10C83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7BE58" w14:textId="77777777" w:rsidR="00B7411E" w:rsidRDefault="00B7411E" w:rsidP="00FF47DF">
      <w:pPr>
        <w:spacing w:after="0" w:line="240" w:lineRule="auto"/>
      </w:pPr>
      <w:r>
        <w:separator/>
      </w:r>
    </w:p>
  </w:footnote>
  <w:footnote w:type="continuationSeparator" w:id="0">
    <w:p w14:paraId="625AF70B" w14:textId="77777777" w:rsidR="00B7411E" w:rsidRDefault="00B7411E" w:rsidP="00FF47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AB38B" w14:textId="6863B6B6" w:rsidR="00FB6BBF" w:rsidRPr="002F1E24" w:rsidRDefault="00BA578D" w:rsidP="00FB6BBF">
    <w:pPr>
      <w:pStyle w:val="NoSpacing"/>
      <w:rPr>
        <w:rFonts w:cstheme="minorHAnsi"/>
        <w:sz w:val="20"/>
        <w:szCs w:val="20"/>
      </w:rPr>
    </w:pPr>
    <w:r w:rsidRPr="002F1E24">
      <w:rPr>
        <w:rFonts w:cstheme="minorHAnsi"/>
        <w:noProof/>
        <w:sz w:val="20"/>
        <w:szCs w:val="20"/>
      </w:rPr>
      <w:drawing>
        <wp:inline distT="0" distB="0" distL="0" distR="0" wp14:anchorId="54655508" wp14:editId="36C6D79B">
          <wp:extent cx="1955800" cy="354907"/>
          <wp:effectExtent l="0" t="0" r="0" b="7620"/>
          <wp:docPr id="771937811" name="Picture 771937811" descr="Primary COM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imary COM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3666" cy="3744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B6BBF" w:rsidRPr="002F1E24">
      <w:rPr>
        <w:rFonts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4896" behindDoc="0" locked="0" layoutInCell="1" allowOverlap="1" wp14:anchorId="7E6BAA47" wp14:editId="787CE1EB">
              <wp:simplePos x="0" y="0"/>
              <wp:positionH relativeFrom="page">
                <wp:posOffset>5171090</wp:posOffset>
              </wp:positionH>
              <wp:positionV relativeFrom="paragraph">
                <wp:posOffset>-31532</wp:posOffset>
              </wp:positionV>
              <wp:extent cx="2159284" cy="567033"/>
              <wp:effectExtent l="0" t="0" r="0" b="508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9284" cy="567033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BFC619" w14:textId="67C9CF7C" w:rsidR="00FB6BBF" w:rsidRDefault="00FB6BBF" w:rsidP="00FB6BBF">
                          <w:pPr>
                            <w:rPr>
                              <w:rFonts w:cs="Times New Roman"/>
                              <w:color w:val="215868" w:themeColor="accent5" w:themeShade="80"/>
                              <w:sz w:val="20"/>
                              <w:szCs w:val="20"/>
                            </w:rPr>
                          </w:pPr>
                          <w:r w:rsidRPr="003E6978">
                            <w:rPr>
                              <w:rFonts w:cs="Times New Roman"/>
                              <w:color w:val="215868" w:themeColor="accent5" w:themeShade="80"/>
                              <w:sz w:val="20"/>
                              <w:szCs w:val="20"/>
                            </w:rPr>
                            <w:t>1501 N. Campbell Ave.</w:t>
                          </w:r>
                          <w:r w:rsidRPr="003E6978">
                            <w:rPr>
                              <w:rFonts w:cs="Times New Roman"/>
                              <w:color w:val="215868" w:themeColor="accent5" w:themeShade="80"/>
                              <w:sz w:val="20"/>
                              <w:szCs w:val="20"/>
                            </w:rPr>
                            <w:br/>
                            <w:t>P.O. Box 245017</w:t>
                          </w:r>
                          <w:r w:rsidRPr="003E6978">
                            <w:rPr>
                              <w:rFonts w:cs="Times New Roman"/>
                              <w:color w:val="215868" w:themeColor="accent5" w:themeShade="80"/>
                              <w:sz w:val="20"/>
                              <w:szCs w:val="20"/>
                            </w:rPr>
                            <w:br/>
                            <w:t>Tucson, AZ 85724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6BAA4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07.15pt;margin-top:-2.5pt;width:170pt;height:44.65pt;z-index: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" stroked="f">
              <v:textbox>
                <w:txbxContent>
                  <w:p w14:paraId="45BFC619" w14:textId="67C9CF7C" w:rsidR="00FB6BBF" w:rsidRDefault="00FB6BBF" w:rsidP="00FB6BBF">
                    <w:pPr>
                      <w:rPr>
                        <w:rFonts w:cs="Times New Roman"/>
                        <w:color w:val="215868" w:themeColor="accent5" w:themeShade="80"/>
                        <w:sz w:val="20"/>
                        <w:szCs w:val="20"/>
                      </w:rPr>
                    </w:pPr>
                    <w:r w:rsidRPr="003E6978">
                      <w:rPr>
                        <w:rFonts w:cs="Times New Roman"/>
                        <w:color w:val="215868" w:themeColor="accent5" w:themeShade="80"/>
                        <w:sz w:val="20"/>
                        <w:szCs w:val="20"/>
                      </w:rPr>
                      <w:t>1501 N. Campbell Ave.</w:t>
                    </w:r>
                    <w:r w:rsidRPr="003E6978">
                      <w:rPr>
                        <w:rFonts w:cs="Times New Roman"/>
                        <w:color w:val="215868" w:themeColor="accent5" w:themeShade="80"/>
                        <w:sz w:val="20"/>
                        <w:szCs w:val="20"/>
                      </w:rPr>
                      <w:br/>
                      <w:t>P.O. Box 245017</w:t>
                    </w:r>
                    <w:r w:rsidRPr="003E6978">
                      <w:rPr>
                        <w:rFonts w:cs="Times New Roman"/>
                        <w:color w:val="215868" w:themeColor="accent5" w:themeShade="80"/>
                        <w:sz w:val="20"/>
                        <w:szCs w:val="20"/>
                      </w:rPr>
                      <w:br/>
                      <w:t>Tucson, AZ 85724</w:t>
                    </w:r>
                  </w:p>
                </w:txbxContent>
              </v:textbox>
              <w10:wrap anchorx="page"/>
            </v:shape>
          </w:pict>
        </mc:Fallback>
      </mc:AlternateContent>
    </w:r>
  </w:p>
  <w:p w14:paraId="6485CADD" w14:textId="6D750F78" w:rsidR="00FB6BBF" w:rsidRDefault="00FB6BBF" w:rsidP="00FB6BBF">
    <w:pPr>
      <w:pStyle w:val="Header"/>
    </w:pPr>
    <w:r w:rsidRPr="00CA2961">
      <w:t>Space Renovation Request Form</w:t>
    </w:r>
    <w:r w:rsidR="009603DD">
      <w:t xml:space="preserve">   </w:t>
    </w:r>
  </w:p>
  <w:p w14:paraId="1C05BD13" w14:textId="77777777" w:rsidR="00BA578D" w:rsidRDefault="00BA578D" w:rsidP="00FB6BBF">
    <w:pPr>
      <w:pStyle w:val="Header"/>
    </w:pPr>
  </w:p>
  <w:p w14:paraId="2601319E" w14:textId="01BB18F4" w:rsidR="0090378D" w:rsidRDefault="009603DD" w:rsidP="00FB6BBF">
    <w:pPr>
      <w:pStyle w:val="Header"/>
    </w:pPr>
    <w:r w:rsidRPr="009603DD">
      <w:t xml:space="preserve">Submit to: COM-T Space Committee, College of Medicine – </w:t>
    </w:r>
    <w:hyperlink r:id="rId2" w:history="1">
      <w:r w:rsidR="0090378D" w:rsidRPr="002435EF">
        <w:rPr>
          <w:rStyle w:val="Hyperlink"/>
        </w:rPr>
        <w:t>com-t-space@arizona.edu</w:t>
      </w:r>
    </w:hyperlink>
  </w:p>
  <w:p w14:paraId="682E3254" w14:textId="77777777" w:rsidR="0090378D" w:rsidRPr="00CA2961" w:rsidRDefault="0090378D" w:rsidP="00FB6B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46668365">
    <w:abstractNumId w:val="8"/>
  </w:num>
  <w:num w:numId="2" w16cid:durableId="1970358836">
    <w:abstractNumId w:val="6"/>
  </w:num>
  <w:num w:numId="3" w16cid:durableId="66660031">
    <w:abstractNumId w:val="5"/>
  </w:num>
  <w:num w:numId="4" w16cid:durableId="1420834430">
    <w:abstractNumId w:val="4"/>
  </w:num>
  <w:num w:numId="5" w16cid:durableId="724642106">
    <w:abstractNumId w:val="7"/>
  </w:num>
  <w:num w:numId="6" w16cid:durableId="1637100252">
    <w:abstractNumId w:val="3"/>
  </w:num>
  <w:num w:numId="7" w16cid:durableId="1355157601">
    <w:abstractNumId w:val="2"/>
  </w:num>
  <w:num w:numId="8" w16cid:durableId="897206942">
    <w:abstractNumId w:val="1"/>
  </w:num>
  <w:num w:numId="9" w16cid:durableId="19343172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3C06"/>
    <w:rsid w:val="000974B2"/>
    <w:rsid w:val="000C225E"/>
    <w:rsid w:val="000F240A"/>
    <w:rsid w:val="0015074B"/>
    <w:rsid w:val="00153862"/>
    <w:rsid w:val="00181DD5"/>
    <w:rsid w:val="00187F56"/>
    <w:rsid w:val="001A068B"/>
    <w:rsid w:val="00236207"/>
    <w:rsid w:val="0028654E"/>
    <w:rsid w:val="00290317"/>
    <w:rsid w:val="0029639D"/>
    <w:rsid w:val="00306E54"/>
    <w:rsid w:val="00315A70"/>
    <w:rsid w:val="00326F90"/>
    <w:rsid w:val="00333214"/>
    <w:rsid w:val="00373A05"/>
    <w:rsid w:val="003A726F"/>
    <w:rsid w:val="003B0E70"/>
    <w:rsid w:val="00411563"/>
    <w:rsid w:val="00433CFD"/>
    <w:rsid w:val="00453821"/>
    <w:rsid w:val="004A6ED0"/>
    <w:rsid w:val="004B0C52"/>
    <w:rsid w:val="004F2B86"/>
    <w:rsid w:val="005030D8"/>
    <w:rsid w:val="00527FFE"/>
    <w:rsid w:val="00532F7F"/>
    <w:rsid w:val="005348D5"/>
    <w:rsid w:val="0054512D"/>
    <w:rsid w:val="00566C11"/>
    <w:rsid w:val="005B3EDE"/>
    <w:rsid w:val="005C55C0"/>
    <w:rsid w:val="005D6C4B"/>
    <w:rsid w:val="006577D2"/>
    <w:rsid w:val="006C2A16"/>
    <w:rsid w:val="006C5539"/>
    <w:rsid w:val="00724C1F"/>
    <w:rsid w:val="00743298"/>
    <w:rsid w:val="00782677"/>
    <w:rsid w:val="00797E19"/>
    <w:rsid w:val="007A229A"/>
    <w:rsid w:val="008218ED"/>
    <w:rsid w:val="0088626B"/>
    <w:rsid w:val="008B2C9F"/>
    <w:rsid w:val="008E132E"/>
    <w:rsid w:val="0090378D"/>
    <w:rsid w:val="0094410B"/>
    <w:rsid w:val="009603DD"/>
    <w:rsid w:val="00973A6E"/>
    <w:rsid w:val="00990B35"/>
    <w:rsid w:val="009C6F6B"/>
    <w:rsid w:val="009D0087"/>
    <w:rsid w:val="00A46BD2"/>
    <w:rsid w:val="00AA1D8D"/>
    <w:rsid w:val="00AE5E84"/>
    <w:rsid w:val="00B224AE"/>
    <w:rsid w:val="00B317ED"/>
    <w:rsid w:val="00B3424A"/>
    <w:rsid w:val="00B47730"/>
    <w:rsid w:val="00B7411E"/>
    <w:rsid w:val="00BA318C"/>
    <w:rsid w:val="00BA578D"/>
    <w:rsid w:val="00BC54DD"/>
    <w:rsid w:val="00BE5586"/>
    <w:rsid w:val="00C163AA"/>
    <w:rsid w:val="00C16959"/>
    <w:rsid w:val="00C32BB5"/>
    <w:rsid w:val="00CA399A"/>
    <w:rsid w:val="00CA5BCA"/>
    <w:rsid w:val="00CB0664"/>
    <w:rsid w:val="00D10C83"/>
    <w:rsid w:val="00D32578"/>
    <w:rsid w:val="00D50CA6"/>
    <w:rsid w:val="00D51D6E"/>
    <w:rsid w:val="00D67BC4"/>
    <w:rsid w:val="00DF6119"/>
    <w:rsid w:val="00E037C4"/>
    <w:rsid w:val="00E335AE"/>
    <w:rsid w:val="00E6227A"/>
    <w:rsid w:val="00E90A9B"/>
    <w:rsid w:val="00EE510B"/>
    <w:rsid w:val="00F10A8F"/>
    <w:rsid w:val="00F115EF"/>
    <w:rsid w:val="00F86CD0"/>
    <w:rsid w:val="00F94CD2"/>
    <w:rsid w:val="00FB5BC0"/>
    <w:rsid w:val="00FB6BBF"/>
    <w:rsid w:val="00FC693F"/>
    <w:rsid w:val="00FF4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A436D9B"/>
  <w14:defaultImageDpi w14:val="330"/>
  <w15:docId w15:val="{7722939B-7A12-4EE7-812F-600BE3177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laceholderText">
    <w:name w:val="Placeholder Text"/>
    <w:basedOn w:val="DefaultParagraphFont"/>
    <w:uiPriority w:val="99"/>
    <w:semiHidden/>
    <w:rsid w:val="0094410B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90378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37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m-t-space@arizona.edu" TargetMode="External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1E9EB4-B1A3-4BF5-BB76-1B1F0498F502}"/>
      </w:docPartPr>
      <w:docPartBody>
        <w:p w:rsidR="0012222E" w:rsidRDefault="007E2F4E">
          <w:r w:rsidRPr="00646140">
            <w:rPr>
              <w:rStyle w:val="PlaceholderText"/>
            </w:rPr>
            <w:t>Choose an item.</w:t>
          </w:r>
        </w:p>
      </w:docPartBody>
    </w:docPart>
    <w:docPart>
      <w:docPartPr>
        <w:name w:val="A6200D0914DC4D0D82956A644A8267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994947-5BCD-47B8-86F5-55BB7396D5D8}"/>
      </w:docPartPr>
      <w:docPartBody>
        <w:p w:rsidR="00707013" w:rsidRDefault="00D26F34" w:rsidP="00D26F34">
          <w:pPr>
            <w:pStyle w:val="A6200D0914DC4D0D82956A644A8267A6"/>
          </w:pPr>
          <w:r>
            <w:t xml:space="preserve">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F4E"/>
    <w:rsid w:val="000C225E"/>
    <w:rsid w:val="0012222E"/>
    <w:rsid w:val="00124BCA"/>
    <w:rsid w:val="00236207"/>
    <w:rsid w:val="002679FA"/>
    <w:rsid w:val="00283749"/>
    <w:rsid w:val="002A1B13"/>
    <w:rsid w:val="00306E54"/>
    <w:rsid w:val="003C5D43"/>
    <w:rsid w:val="005348D5"/>
    <w:rsid w:val="00585DBA"/>
    <w:rsid w:val="006401C0"/>
    <w:rsid w:val="006A6C9C"/>
    <w:rsid w:val="00707013"/>
    <w:rsid w:val="007E2F4E"/>
    <w:rsid w:val="007E46D5"/>
    <w:rsid w:val="00905CC1"/>
    <w:rsid w:val="00BE5586"/>
    <w:rsid w:val="00C16959"/>
    <w:rsid w:val="00C56F3E"/>
    <w:rsid w:val="00CC3DE6"/>
    <w:rsid w:val="00D26F34"/>
    <w:rsid w:val="00D9239E"/>
    <w:rsid w:val="00E335AE"/>
    <w:rsid w:val="00E437B3"/>
    <w:rsid w:val="00ED26CE"/>
    <w:rsid w:val="00F10A8F"/>
    <w:rsid w:val="00F64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437B3"/>
    <w:rPr>
      <w:color w:val="666666"/>
    </w:rPr>
  </w:style>
  <w:style w:type="paragraph" w:customStyle="1" w:styleId="A6200D0914DC4D0D82956A644A8267A6">
    <w:name w:val="A6200D0914DC4D0D82956A644A8267A6"/>
    <w:rsid w:val="00D26F3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Dahanayaka Yapa, Dulantha - (dulantha)</cp:lastModifiedBy>
  <cp:revision>3</cp:revision>
  <dcterms:created xsi:type="dcterms:W3CDTF">2026-09-25T18:57:00Z</dcterms:created>
  <dcterms:modified xsi:type="dcterms:W3CDTF">2026-09-30T00:26:00Z</dcterms:modified>
  <cp:category/>
</cp:coreProperties>
</file>